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FEC9A" w14:textId="5AC73DB4" w:rsidR="00770E5C" w:rsidRPr="00FC474D" w:rsidRDefault="00FC474D" w:rsidP="00FC474D">
      <w:pPr>
        <w:pStyle w:val="Heading1"/>
        <w:jc w:val="center"/>
        <w:rPr>
          <w:color w:val="4F81BD" w:themeColor="accent1"/>
          <w:sz w:val="36"/>
          <w:szCs w:val="36"/>
        </w:rPr>
      </w:pPr>
      <w:r>
        <w:rPr>
          <w:rFonts w:hint="cs"/>
          <w:sz w:val="48"/>
          <w:szCs w:val="48"/>
          <w:u w:val="single"/>
          <w:rtl/>
        </w:rPr>
        <w:t>ملاحظات وأسئلة بخصوص موقع عجباني</w:t>
      </w:r>
      <w:r>
        <w:rPr>
          <w:sz w:val="48"/>
          <w:szCs w:val="48"/>
          <w:u w:val="single"/>
          <w:rtl/>
        </w:rPr>
        <w:br/>
      </w:r>
      <w:r>
        <w:rPr>
          <w:sz w:val="48"/>
          <w:szCs w:val="48"/>
          <w:u w:val="single"/>
          <w:rtl/>
        </w:rPr>
        <w:br/>
      </w:r>
    </w:p>
    <w:p w14:paraId="5FB0EAA6" w14:textId="529921F8" w:rsidR="00770E5C" w:rsidRPr="00FC474D" w:rsidRDefault="00FC474D" w:rsidP="00FC474D">
      <w:pPr>
        <w:pStyle w:val="Heading2"/>
        <w:jc w:val="right"/>
        <w:rPr>
          <w:u w:val="single"/>
        </w:rPr>
      </w:pPr>
      <w:proofErr w:type="gramStart"/>
      <w:r w:rsidRPr="00FC474D">
        <w:rPr>
          <w:rFonts w:hint="cs"/>
          <w:sz w:val="36"/>
          <w:szCs w:val="36"/>
          <w:u w:val="single"/>
          <w:rtl/>
        </w:rPr>
        <w:t>:</w:t>
      </w:r>
      <w:r w:rsidRPr="00FC474D">
        <w:rPr>
          <w:sz w:val="36"/>
          <w:szCs w:val="36"/>
          <w:u w:val="single"/>
        </w:rPr>
        <w:t>أولًا</w:t>
      </w:r>
      <w:proofErr w:type="gramEnd"/>
      <w:r w:rsidRPr="00FC474D">
        <w:rPr>
          <w:sz w:val="36"/>
          <w:szCs w:val="36"/>
          <w:u w:val="single"/>
        </w:rPr>
        <w:t xml:space="preserve"> – الملاحظات</w:t>
      </w:r>
      <w:r>
        <w:rPr>
          <w:sz w:val="36"/>
          <w:szCs w:val="36"/>
          <w:u w:val="single"/>
          <w:rtl/>
        </w:rPr>
        <w:br/>
      </w:r>
      <w:r>
        <w:rPr>
          <w:sz w:val="36"/>
          <w:szCs w:val="36"/>
          <w:u w:val="single"/>
          <w:rtl/>
        </w:rPr>
        <w:br/>
      </w:r>
      <w:r w:rsidRPr="00FC474D">
        <w:rPr>
          <w:u w:val="single"/>
          <w:rtl/>
        </w:rPr>
        <w:br/>
      </w:r>
    </w:p>
    <w:p w14:paraId="2126BCF8" w14:textId="7DF51566" w:rsidR="00770E5C" w:rsidRPr="00FC474D" w:rsidRDefault="00FA5D2D" w:rsidP="00FC474D">
      <w:pPr>
        <w:jc w:val="right"/>
        <w:rPr>
          <w:b/>
          <w:bCs/>
          <w:sz w:val="28"/>
          <w:szCs w:val="28"/>
        </w:rPr>
      </w:pP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في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القائمة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الجانبية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على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اليمين</w:t>
      </w:r>
      <w:proofErr w:type="spellEnd"/>
      <w:r w:rsidRPr="00FC474D">
        <w:rPr>
          <w:rFonts w:ascii="Times New Roman" w:hAnsi="Times New Roman" w:cs="Times New Roman"/>
          <w:b/>
          <w:bCs/>
          <w:sz w:val="28"/>
          <w:szCs w:val="28"/>
        </w:rPr>
        <w:t>،</w:t>
      </w:r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يُفضل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وضع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الشعار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في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الجزء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العلوي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لزيادة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وضوح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الهوية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r w:rsidR="00DA0FA0">
        <w:rPr>
          <w:rFonts w:ascii="Times New Roman" w:hAnsi="Times New Roman" w:cs="Times New Roman" w:hint="cs"/>
          <w:b/>
          <w:bCs/>
          <w:sz w:val="28"/>
          <w:szCs w:val="28"/>
          <w:rtl/>
        </w:rPr>
        <w:t>"قائمة الأقسام"</w:t>
      </w:r>
      <w:r w:rsidR="00DA0FA0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البصرية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للموقع</w:t>
      </w:r>
      <w:proofErr w:type="spellEnd"/>
      <w:r w:rsidR="00DA0FA0"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r w:rsidR="00FC474D"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r w:rsidR="00FC474D" w:rsidRPr="00FC474D">
        <w:rPr>
          <w:rFonts w:hint="cs"/>
          <w:b/>
          <w:bCs/>
          <w:sz w:val="28"/>
          <w:szCs w:val="28"/>
          <w:rtl/>
        </w:rPr>
        <w:t xml:space="preserve"> </w:t>
      </w:r>
    </w:p>
    <w:p w14:paraId="662C47B0" w14:textId="3C1F4BFC" w:rsidR="00770E5C" w:rsidRPr="00FC474D" w:rsidRDefault="00FA5D2D" w:rsidP="00FC474D">
      <w:pPr>
        <w:jc w:val="right"/>
        <w:rPr>
          <w:b/>
          <w:bCs/>
          <w:sz w:val="28"/>
          <w:szCs w:val="28"/>
        </w:rPr>
      </w:pPr>
      <w:r w:rsidRPr="00FC474D">
        <w:rPr>
          <w:rFonts w:ascii="Times New Roman" w:hAnsi="Times New Roman" w:cs="Times New Roman"/>
          <w:b/>
          <w:bCs/>
          <w:sz w:val="28"/>
          <w:szCs w:val="28"/>
        </w:rPr>
        <w:t>ب</w:t>
      </w:r>
      <w:r w:rsidRPr="00FC474D">
        <w:rPr>
          <w:rFonts w:ascii="Times New Roman" w:hAnsi="Times New Roman" w:cs="Times New Roman"/>
          <w:b/>
          <w:bCs/>
          <w:sz w:val="28"/>
          <w:szCs w:val="28"/>
        </w:rPr>
        <w:t>النسبة</w:t>
      </w:r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لقسم</w:t>
      </w:r>
      <w:proofErr w:type="spellEnd"/>
      <w:r w:rsidRPr="00FC474D">
        <w:rPr>
          <w:b/>
          <w:bCs/>
          <w:sz w:val="28"/>
          <w:szCs w:val="28"/>
        </w:rPr>
        <w:t xml:space="preserve"> "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العش</w:t>
      </w:r>
      <w:proofErr w:type="spellEnd"/>
      <w:r w:rsidRPr="00FC474D">
        <w:rPr>
          <w:b/>
          <w:bCs/>
          <w:sz w:val="28"/>
          <w:szCs w:val="28"/>
        </w:rPr>
        <w:t xml:space="preserve">"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الذي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يمثل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جهاز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العروسين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مع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العروض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المختلفة</w:t>
      </w:r>
      <w:proofErr w:type="spellEnd"/>
      <w:r w:rsidRPr="00FC474D">
        <w:rPr>
          <w:b/>
          <w:bCs/>
          <w:sz w:val="28"/>
          <w:szCs w:val="28"/>
        </w:rPr>
        <w:t xml:space="preserve">: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يُفضل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إضافة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خيار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يسمح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للزائر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أو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المشتر</w:t>
      </w:r>
      <w:r w:rsidRPr="00FC474D">
        <w:rPr>
          <w:rFonts w:ascii="Times New Roman" w:hAnsi="Times New Roman" w:cs="Times New Roman"/>
          <w:b/>
          <w:bCs/>
          <w:sz w:val="28"/>
          <w:szCs w:val="28"/>
        </w:rPr>
        <w:t>ي</w:t>
      </w:r>
      <w:proofErr w:type="spellEnd"/>
      <w:r w:rsidR="00355F6D"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بتحميل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صور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أو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ملفات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العش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في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صيغة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شر</w:t>
      </w:r>
      <w:r w:rsidRPr="00FC474D">
        <w:rPr>
          <w:rFonts w:ascii="Times New Roman" w:hAnsi="Times New Roman" w:cs="Times New Roman"/>
          <w:b/>
          <w:bCs/>
          <w:sz w:val="28"/>
          <w:szCs w:val="28"/>
        </w:rPr>
        <w:t>ائح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أو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حزمة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صور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على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جهازه</w:t>
      </w:r>
      <w:proofErr w:type="spellEnd"/>
      <w:r w:rsidRPr="00FC474D">
        <w:rPr>
          <w:rFonts w:ascii="Times New Roman" w:hAnsi="Times New Roman" w:cs="Times New Roman"/>
          <w:b/>
          <w:bCs/>
          <w:sz w:val="28"/>
          <w:szCs w:val="28"/>
        </w:rPr>
        <w:t>،</w:t>
      </w:r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بحيث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يتمكن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من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مشاركتها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مع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عائلته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وأصدقائه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خارج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الموقع</w:t>
      </w:r>
      <w:proofErr w:type="spellEnd"/>
      <w:r w:rsidRPr="00FC474D">
        <w:rPr>
          <w:b/>
          <w:bCs/>
          <w:sz w:val="28"/>
          <w:szCs w:val="28"/>
        </w:rPr>
        <w:t xml:space="preserve"> </w:t>
      </w:r>
      <w:proofErr w:type="spellStart"/>
      <w:r w:rsidRPr="00FC474D">
        <w:rPr>
          <w:rFonts w:ascii="Times New Roman" w:hAnsi="Times New Roman" w:cs="Times New Roman"/>
          <w:b/>
          <w:bCs/>
          <w:sz w:val="28"/>
          <w:szCs w:val="28"/>
        </w:rPr>
        <w:t>بسهولة</w:t>
      </w:r>
      <w:proofErr w:type="spellEnd"/>
      <w:r w:rsidR="00FC474D"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r w:rsidR="00FC474D"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</w:p>
    <w:p w14:paraId="4BC723B9" w14:textId="418D0CDB" w:rsidR="00770E5C" w:rsidRDefault="00355F6D" w:rsidP="00FC474D">
      <w:pPr>
        <w:jc w:val="right"/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كلمة</w:t>
      </w:r>
      <w:proofErr w:type="spellEnd"/>
      <w:r w:rsidR="00FA5D2D" w:rsidRPr="00FC474D">
        <w:rPr>
          <w:b/>
          <w:bCs/>
          <w:sz w:val="28"/>
          <w:szCs w:val="28"/>
        </w:rPr>
        <w:t xml:space="preserve"> "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تسجيل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الدخول</w:t>
      </w:r>
      <w:proofErr w:type="spellEnd"/>
      <w:r w:rsidR="00FA5D2D" w:rsidRPr="00FC474D">
        <w:rPr>
          <w:b/>
          <w:bCs/>
          <w:sz w:val="28"/>
          <w:szCs w:val="28"/>
        </w:rPr>
        <w:t xml:space="preserve">"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يُفضل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أن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تكون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في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الواجهة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الرئيسية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بشكل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واضح</w:t>
      </w:r>
      <w:proofErr w:type="spellEnd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،</w:t>
      </w:r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وأن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تكون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شرطًا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قبل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البدء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في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عملية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الشراء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أو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الاستخدام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التجاري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للموقع</w:t>
      </w:r>
      <w:proofErr w:type="spellEnd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،</w:t>
      </w:r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على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غرار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بعض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المواقع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المعروفة</w:t>
      </w:r>
      <w:proofErr w:type="spellEnd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،</w:t>
      </w:r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بحيث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يمكن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للزائر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التصفح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بحرية</w:t>
      </w:r>
      <w:proofErr w:type="spellEnd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،</w:t>
      </w:r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ولكن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لإتمام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عملية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الشراء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يجب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إنشاء</w:t>
      </w:r>
      <w:proofErr w:type="spellEnd"/>
      <w:r w:rsidR="00FA5D2D" w:rsidRPr="00FC474D">
        <w:rPr>
          <w:b/>
          <w:bCs/>
          <w:sz w:val="28"/>
          <w:szCs w:val="28"/>
        </w:rPr>
        <w:t xml:space="preserve"> </w:t>
      </w:r>
      <w:proofErr w:type="spellStart"/>
      <w:r w:rsidR="00FA5D2D" w:rsidRPr="00FC474D">
        <w:rPr>
          <w:rFonts w:ascii="Times New Roman" w:hAnsi="Times New Roman" w:cs="Times New Roman"/>
          <w:b/>
          <w:bCs/>
          <w:sz w:val="28"/>
          <w:szCs w:val="28"/>
        </w:rPr>
        <w:t>حساب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r w:rsidRPr="00355F6D">
        <w:rPr>
          <w:rFonts w:asciiTheme="majorBidi" w:hAnsiTheme="majorBidi" w:cstheme="majorBidi"/>
          <w:b/>
          <w:bCs/>
          <w:sz w:val="28"/>
          <w:szCs w:val="28"/>
          <w:rtl/>
        </w:rPr>
        <w:t>لاحظت وجود بعض الأخطاء اللغوية البسيطة وبعض الكلمات غير الدقيقة في الموقع، وأعتقد أن مراجعتها وتحسين صياغتها سيُسهم في إظهار الموقع بصورة أكثر احترافية أمام الزوار والعملاء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</w:r>
      <w:r w:rsidR="00FC474D">
        <w:rPr>
          <w:rtl/>
        </w:rPr>
        <w:br/>
      </w:r>
      <w:r w:rsidR="00FC474D">
        <w:rPr>
          <w:rtl/>
        </w:rPr>
        <w:br/>
      </w:r>
      <w:r w:rsidR="00FC474D">
        <w:rPr>
          <w:rtl/>
        </w:rPr>
        <w:br/>
      </w:r>
      <w:r w:rsidR="00FC474D">
        <w:rPr>
          <w:rtl/>
        </w:rPr>
        <w:br/>
      </w:r>
      <w:r w:rsidR="00FC474D">
        <w:rPr>
          <w:rtl/>
        </w:rPr>
        <w:br/>
      </w:r>
      <w:r w:rsidR="00FC474D">
        <w:rPr>
          <w:rtl/>
        </w:rPr>
        <w:br/>
      </w:r>
      <w:r w:rsidR="00FC474D">
        <w:rPr>
          <w:rtl/>
        </w:rPr>
        <w:lastRenderedPageBreak/>
        <w:br/>
      </w:r>
      <w:r w:rsidR="00FC474D">
        <w:rPr>
          <w:rtl/>
        </w:rPr>
        <w:br/>
      </w:r>
    </w:p>
    <w:p w14:paraId="31B2428E" w14:textId="7ED26F98" w:rsidR="00770E5C" w:rsidRPr="00355F6D" w:rsidRDefault="00FC474D" w:rsidP="00FC474D">
      <w:pPr>
        <w:pStyle w:val="Heading2"/>
        <w:jc w:val="right"/>
        <w:rPr>
          <w:sz w:val="36"/>
          <w:szCs w:val="36"/>
          <w:u w:val="single"/>
        </w:rPr>
      </w:pPr>
      <w:r w:rsidRPr="00FC474D">
        <w:rPr>
          <w:rFonts w:hint="cs"/>
          <w:sz w:val="36"/>
          <w:szCs w:val="36"/>
          <w:u w:val="single"/>
          <w:rtl/>
        </w:rPr>
        <w:t xml:space="preserve">ثانياً </w:t>
      </w:r>
      <w:r w:rsidRPr="00FC474D">
        <w:rPr>
          <w:sz w:val="36"/>
          <w:szCs w:val="36"/>
          <w:u w:val="single"/>
          <w:rtl/>
        </w:rPr>
        <w:t>–</w:t>
      </w:r>
      <w:r w:rsidRPr="00FC474D">
        <w:rPr>
          <w:rFonts w:hint="cs"/>
          <w:sz w:val="36"/>
          <w:szCs w:val="36"/>
          <w:u w:val="single"/>
          <w:rtl/>
        </w:rPr>
        <w:t xml:space="preserve"> الأسئلة:</w:t>
      </w:r>
      <w:r>
        <w:rPr>
          <w:sz w:val="36"/>
          <w:szCs w:val="36"/>
          <w:u w:val="single"/>
          <w:rtl/>
        </w:rPr>
        <w:br/>
      </w:r>
      <w:r>
        <w:rPr>
          <w:sz w:val="36"/>
          <w:szCs w:val="36"/>
          <w:u w:val="single"/>
          <w:rtl/>
        </w:rPr>
        <w:br/>
      </w:r>
    </w:p>
    <w:p w14:paraId="1EB00CF7" w14:textId="430008CC" w:rsidR="00770E5C" w:rsidRPr="00355F6D" w:rsidRDefault="00FA5D2D" w:rsidP="00FC474D">
      <w:pPr>
        <w:jc w:val="right"/>
        <w:rPr>
          <w:b/>
          <w:bCs/>
          <w:sz w:val="28"/>
          <w:szCs w:val="28"/>
        </w:rPr>
      </w:pPr>
      <w:proofErr w:type="spellStart"/>
      <w:r w:rsidRPr="00355F6D">
        <w:rPr>
          <w:b/>
          <w:bCs/>
          <w:sz w:val="28"/>
          <w:szCs w:val="28"/>
        </w:rPr>
        <w:t>من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خبرتك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الكبيرة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في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تصميم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المواقع،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ما</w:t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هي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أفضل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الخطط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أو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الاقتراحات</w:t>
      </w:r>
      <w:proofErr w:type="spellEnd"/>
      <w:r w:rsidR="00FC474D" w:rsidRPr="00355F6D">
        <w:rPr>
          <w:b/>
          <w:bCs/>
          <w:sz w:val="28"/>
          <w:szCs w:val="28"/>
          <w:rtl/>
        </w:rPr>
        <w:br/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التي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تنصح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بها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لتطوير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موقعنا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في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المستقبل</w:t>
      </w:r>
      <w:proofErr w:type="spellEnd"/>
      <w:r w:rsidRPr="00355F6D">
        <w:rPr>
          <w:b/>
          <w:bCs/>
          <w:sz w:val="28"/>
          <w:szCs w:val="28"/>
        </w:rPr>
        <w:t>؟</w:t>
      </w:r>
      <w:r w:rsidR="00FC474D" w:rsidRPr="00355F6D">
        <w:rPr>
          <w:b/>
          <w:bCs/>
          <w:sz w:val="28"/>
          <w:szCs w:val="28"/>
          <w:rtl/>
        </w:rPr>
        <w:br/>
      </w:r>
    </w:p>
    <w:p w14:paraId="62EE2F3A" w14:textId="4D29431A" w:rsidR="00770E5C" w:rsidRPr="00355F6D" w:rsidRDefault="00FA5D2D" w:rsidP="00FC474D">
      <w:pPr>
        <w:jc w:val="right"/>
        <w:rPr>
          <w:b/>
          <w:bCs/>
          <w:sz w:val="28"/>
          <w:szCs w:val="28"/>
        </w:rPr>
      </w:pPr>
      <w:proofErr w:type="spellStart"/>
      <w:r w:rsidRPr="00355F6D">
        <w:rPr>
          <w:b/>
          <w:bCs/>
          <w:sz w:val="28"/>
          <w:szCs w:val="28"/>
        </w:rPr>
        <w:t>هل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يوجد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نسخة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احتياطية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لقاعدة</w:t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البيانات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الخاصة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بالموق</w:t>
      </w:r>
      <w:r w:rsidRPr="00355F6D">
        <w:rPr>
          <w:b/>
          <w:bCs/>
          <w:sz w:val="28"/>
          <w:szCs w:val="28"/>
        </w:rPr>
        <w:t>ع</w:t>
      </w:r>
      <w:proofErr w:type="spellEnd"/>
      <w:r w:rsidRPr="00355F6D">
        <w:rPr>
          <w:b/>
          <w:bCs/>
          <w:sz w:val="28"/>
          <w:szCs w:val="28"/>
        </w:rPr>
        <w:t>،</w:t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لضمان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عدم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فقدان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بيانات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العملاء</w:t>
      </w:r>
      <w:proofErr w:type="spellEnd"/>
      <w:r w:rsidR="00FC474D" w:rsidRPr="00355F6D">
        <w:rPr>
          <w:b/>
          <w:bCs/>
          <w:sz w:val="28"/>
          <w:szCs w:val="28"/>
          <w:rtl/>
        </w:rPr>
        <w:br/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في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حالة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حدوث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أي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مشكلة</w:t>
      </w:r>
      <w:proofErr w:type="spellEnd"/>
      <w:r w:rsidRPr="00355F6D">
        <w:rPr>
          <w:b/>
          <w:bCs/>
          <w:sz w:val="28"/>
          <w:szCs w:val="28"/>
        </w:rPr>
        <w:t>؟</w:t>
      </w:r>
      <w:r w:rsidR="00FC474D" w:rsidRPr="00355F6D">
        <w:rPr>
          <w:b/>
          <w:bCs/>
          <w:sz w:val="28"/>
          <w:szCs w:val="28"/>
          <w:rtl/>
        </w:rPr>
        <w:br/>
      </w:r>
    </w:p>
    <w:p w14:paraId="6696B98E" w14:textId="7850C1D7" w:rsidR="00770E5C" w:rsidRPr="00355F6D" w:rsidRDefault="00FA5D2D" w:rsidP="00FC474D">
      <w:pPr>
        <w:jc w:val="right"/>
        <w:rPr>
          <w:b/>
          <w:bCs/>
          <w:sz w:val="28"/>
          <w:szCs w:val="28"/>
        </w:rPr>
      </w:pPr>
      <w:proofErr w:type="spellStart"/>
      <w:r w:rsidRPr="00355F6D">
        <w:rPr>
          <w:b/>
          <w:bCs/>
          <w:sz w:val="28"/>
          <w:szCs w:val="28"/>
        </w:rPr>
        <w:t>ما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هي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أفضل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طريقة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لاختبار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أداء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الموقع؟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وهل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الموقع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قادر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على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تحمل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حجم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البيانات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والمحتوى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المتوقع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مستقبلاً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بكفاءة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عالية؟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وما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هو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تقريبًا</w:t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الحد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الأقصى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لعدد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المستخدمين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المتزامنين</w:t>
      </w:r>
      <w:proofErr w:type="spellEnd"/>
      <w:r w:rsidR="00FC474D" w:rsidRPr="00355F6D">
        <w:rPr>
          <w:b/>
          <w:bCs/>
          <w:sz w:val="28"/>
          <w:szCs w:val="28"/>
          <w:rtl/>
        </w:rPr>
        <w:br/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مع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الحفاظ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على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الأداء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الجيد</w:t>
      </w:r>
      <w:proofErr w:type="spellEnd"/>
      <w:r w:rsidRPr="00355F6D">
        <w:rPr>
          <w:b/>
          <w:bCs/>
          <w:sz w:val="28"/>
          <w:szCs w:val="28"/>
        </w:rPr>
        <w:t>؟</w:t>
      </w:r>
      <w:r w:rsidR="00FC474D" w:rsidRPr="00355F6D">
        <w:rPr>
          <w:b/>
          <w:bCs/>
          <w:sz w:val="28"/>
          <w:szCs w:val="28"/>
          <w:rtl/>
        </w:rPr>
        <w:br/>
      </w:r>
    </w:p>
    <w:p w14:paraId="3F597598" w14:textId="5BEA4ECC" w:rsidR="00770E5C" w:rsidRPr="00355F6D" w:rsidRDefault="00FA5D2D" w:rsidP="00FC474D">
      <w:pPr>
        <w:jc w:val="right"/>
        <w:rPr>
          <w:b/>
          <w:bCs/>
          <w:sz w:val="28"/>
          <w:szCs w:val="28"/>
        </w:rPr>
      </w:pPr>
      <w:proofErr w:type="spellStart"/>
      <w:r w:rsidRPr="00355F6D">
        <w:rPr>
          <w:b/>
          <w:bCs/>
          <w:sz w:val="28"/>
          <w:szCs w:val="28"/>
        </w:rPr>
        <w:t>في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حال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حدوث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أي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مشكلة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مستقبلًا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ما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هي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أفضل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الطرق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لتجنبها</w:t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أو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التعامل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معها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بسرعة</w:t>
      </w:r>
      <w:proofErr w:type="spellEnd"/>
      <w:r w:rsidRPr="00355F6D">
        <w:rPr>
          <w:b/>
          <w:bCs/>
          <w:sz w:val="28"/>
          <w:szCs w:val="28"/>
        </w:rPr>
        <w:t>؟</w:t>
      </w:r>
      <w:r w:rsidR="00FC474D" w:rsidRPr="00355F6D">
        <w:rPr>
          <w:b/>
          <w:bCs/>
          <w:sz w:val="28"/>
          <w:szCs w:val="28"/>
          <w:rtl/>
        </w:rPr>
        <w:br/>
      </w:r>
    </w:p>
    <w:p w14:paraId="66012F78" w14:textId="715717A3" w:rsidR="00770E5C" w:rsidRPr="00355F6D" w:rsidRDefault="00FA5D2D" w:rsidP="00FC474D">
      <w:pPr>
        <w:jc w:val="right"/>
        <w:rPr>
          <w:b/>
          <w:bCs/>
          <w:sz w:val="28"/>
          <w:szCs w:val="28"/>
        </w:rPr>
      </w:pPr>
      <w:proofErr w:type="spellStart"/>
      <w:r w:rsidRPr="00355F6D">
        <w:rPr>
          <w:b/>
          <w:bCs/>
          <w:sz w:val="28"/>
          <w:szCs w:val="28"/>
        </w:rPr>
        <w:t>هل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خدمة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الترويج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عبر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البريد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الإلكتروني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مفعلة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حاليًا؟</w:t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فهي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أداة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مهمة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للتسويق</w:t>
      </w:r>
      <w:proofErr w:type="spellEnd"/>
      <w:r w:rsidR="00FC474D" w:rsidRPr="00355F6D">
        <w:rPr>
          <w:b/>
          <w:bCs/>
          <w:sz w:val="28"/>
          <w:szCs w:val="28"/>
          <w:rtl/>
        </w:rPr>
        <w:br/>
      </w:r>
    </w:p>
    <w:p w14:paraId="5686F3F8" w14:textId="0F532BC4" w:rsidR="00770E5C" w:rsidRPr="00355F6D" w:rsidRDefault="00FA5D2D" w:rsidP="00FC474D">
      <w:pPr>
        <w:jc w:val="right"/>
        <w:rPr>
          <w:b/>
          <w:bCs/>
          <w:sz w:val="28"/>
          <w:szCs w:val="28"/>
        </w:rPr>
      </w:pPr>
      <w:proofErr w:type="spellStart"/>
      <w:r w:rsidRPr="00355F6D">
        <w:rPr>
          <w:b/>
          <w:bCs/>
          <w:sz w:val="28"/>
          <w:szCs w:val="28"/>
        </w:rPr>
        <w:t>هل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الموقع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جاهز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الآن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لاستقبال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التجار</w:t>
      </w:r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والعملاء</w:t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من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جميع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النواحي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التشغيلية</w:t>
      </w:r>
      <w:proofErr w:type="spellEnd"/>
      <w:r w:rsidRPr="00355F6D">
        <w:rPr>
          <w:b/>
          <w:bCs/>
          <w:sz w:val="28"/>
          <w:szCs w:val="28"/>
        </w:rPr>
        <w:t>؟</w:t>
      </w:r>
      <w:r w:rsidR="00FC474D" w:rsidRPr="00355F6D">
        <w:rPr>
          <w:b/>
          <w:bCs/>
          <w:sz w:val="28"/>
          <w:szCs w:val="28"/>
          <w:rtl/>
        </w:rPr>
        <w:br/>
      </w:r>
    </w:p>
    <w:p w14:paraId="124A6815" w14:textId="17B2CDC7" w:rsidR="00770E5C" w:rsidRPr="00355F6D" w:rsidRDefault="00FA5D2D" w:rsidP="00FC474D">
      <w:pPr>
        <w:jc w:val="right"/>
        <w:rPr>
          <w:b/>
          <w:bCs/>
          <w:sz w:val="28"/>
          <w:szCs w:val="28"/>
        </w:rPr>
      </w:pPr>
      <w:proofErr w:type="spellStart"/>
      <w:r w:rsidRPr="00355F6D">
        <w:rPr>
          <w:b/>
          <w:bCs/>
          <w:sz w:val="28"/>
          <w:szCs w:val="28"/>
        </w:rPr>
        <w:t>م</w:t>
      </w:r>
      <w:r w:rsidRPr="00355F6D">
        <w:rPr>
          <w:b/>
          <w:bCs/>
          <w:sz w:val="28"/>
          <w:szCs w:val="28"/>
        </w:rPr>
        <w:t>ا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هي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الخطوات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المتبقية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r w:rsidRPr="00355F6D">
        <w:rPr>
          <w:b/>
          <w:bCs/>
          <w:sz w:val="28"/>
          <w:szCs w:val="28"/>
        </w:rPr>
        <w:t>لإنهاء</w:t>
      </w:r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إعدادات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شركات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الشحن</w:t>
      </w:r>
      <w:proofErr w:type="spellEnd"/>
      <w:r w:rsidRPr="00355F6D">
        <w:rPr>
          <w:b/>
          <w:bCs/>
          <w:sz w:val="28"/>
          <w:szCs w:val="28"/>
        </w:rPr>
        <w:t xml:space="preserve"> </w:t>
      </w:r>
      <w:proofErr w:type="spellStart"/>
      <w:r w:rsidRPr="00355F6D">
        <w:rPr>
          <w:b/>
          <w:bCs/>
          <w:sz w:val="28"/>
          <w:szCs w:val="28"/>
        </w:rPr>
        <w:t>بالكامل</w:t>
      </w:r>
      <w:proofErr w:type="spellEnd"/>
      <w:r w:rsidRPr="00355F6D">
        <w:rPr>
          <w:b/>
          <w:bCs/>
          <w:sz w:val="28"/>
          <w:szCs w:val="28"/>
        </w:rPr>
        <w:t>؟</w:t>
      </w:r>
      <w:r w:rsidR="00FC474D" w:rsidRPr="00355F6D">
        <w:rPr>
          <w:b/>
          <w:bCs/>
          <w:sz w:val="28"/>
          <w:szCs w:val="28"/>
          <w:rtl/>
        </w:rPr>
        <w:br/>
      </w:r>
      <w:r w:rsidR="00FC474D" w:rsidRPr="00355F6D">
        <w:rPr>
          <w:b/>
          <w:bCs/>
          <w:sz w:val="28"/>
          <w:szCs w:val="28"/>
          <w:rtl/>
        </w:rPr>
        <w:br/>
      </w:r>
      <w:r w:rsidR="00FC474D" w:rsidRPr="00355F6D">
        <w:rPr>
          <w:b/>
          <w:bCs/>
          <w:sz w:val="28"/>
          <w:szCs w:val="28"/>
          <w:rtl/>
        </w:rPr>
        <w:br/>
      </w:r>
      <w:r w:rsidR="00FC474D" w:rsidRPr="00355F6D">
        <w:rPr>
          <w:b/>
          <w:bCs/>
          <w:sz w:val="28"/>
          <w:szCs w:val="28"/>
          <w:rtl/>
        </w:rPr>
        <w:br/>
      </w:r>
      <w:r w:rsidR="00FC474D" w:rsidRPr="00355F6D">
        <w:rPr>
          <w:b/>
          <w:bCs/>
          <w:sz w:val="28"/>
          <w:szCs w:val="28"/>
          <w:rtl/>
        </w:rPr>
        <w:br/>
      </w:r>
    </w:p>
    <w:p w14:paraId="4B87B230" w14:textId="4AF6F7D2" w:rsidR="00770E5C" w:rsidRPr="00355F6D" w:rsidRDefault="00FA5D2D" w:rsidP="00FC474D">
      <w:pPr>
        <w:jc w:val="right"/>
        <w:rPr>
          <w:b/>
          <w:bCs/>
        </w:rPr>
      </w:pP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lastRenderedPageBreak/>
        <w:t>في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الختام،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أشكرك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مرة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أخرى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على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جهودك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وحرصك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على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تقديم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أفضل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نتيجة،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وأتطلع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إلى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ردك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على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هذه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النقاط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حتى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نتمكن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من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إنهاء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كل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الأمور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المتبقية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بشكل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 xml:space="preserve"> </w:t>
      </w:r>
      <w:r w:rsidRPr="00355F6D">
        <w:rPr>
          <w:rFonts w:ascii="Sakkal Majalla" w:hAnsi="Sakkal Majalla" w:cs="Sakkal Majalla" w:hint="cs"/>
          <w:b/>
          <w:bCs/>
          <w:sz w:val="28"/>
          <w:szCs w:val="28"/>
        </w:rPr>
        <w:t>مثالي</w:t>
      </w:r>
    </w:p>
    <w:sectPr w:rsidR="00770E5C" w:rsidRPr="00355F6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609A8" w14:textId="77777777" w:rsidR="00FA5D2D" w:rsidRDefault="00FA5D2D" w:rsidP="00FC474D">
      <w:pPr>
        <w:spacing w:after="0" w:line="240" w:lineRule="auto"/>
      </w:pPr>
      <w:r>
        <w:separator/>
      </w:r>
    </w:p>
  </w:endnote>
  <w:endnote w:type="continuationSeparator" w:id="0">
    <w:p w14:paraId="1EF4E969" w14:textId="77777777" w:rsidR="00FA5D2D" w:rsidRDefault="00FA5D2D" w:rsidP="00FC4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akkal Majalla">
    <w:charset w:val="B2"/>
    <w:family w:val="auto"/>
    <w:pitch w:val="variable"/>
    <w:sig w:usb0="80002007" w:usb1="80000000" w:usb2="00000008" w:usb3="00000000" w:csb0="000000D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89BED" w14:textId="77777777" w:rsidR="00FA5D2D" w:rsidRDefault="00FA5D2D" w:rsidP="00FC474D">
      <w:pPr>
        <w:spacing w:after="0" w:line="240" w:lineRule="auto"/>
      </w:pPr>
      <w:r>
        <w:separator/>
      </w:r>
    </w:p>
  </w:footnote>
  <w:footnote w:type="continuationSeparator" w:id="0">
    <w:p w14:paraId="14BBE68B" w14:textId="77777777" w:rsidR="00FA5D2D" w:rsidRDefault="00FA5D2D" w:rsidP="00FC47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8E4032"/>
    <w:multiLevelType w:val="hybridMultilevel"/>
    <w:tmpl w:val="86D29F28"/>
    <w:lvl w:ilvl="0" w:tplc="BCCA2DA6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5C51"/>
    <w:rsid w:val="0015074B"/>
    <w:rsid w:val="0029639D"/>
    <w:rsid w:val="00326F90"/>
    <w:rsid w:val="00355F6D"/>
    <w:rsid w:val="00770E5C"/>
    <w:rsid w:val="00AA1D8D"/>
    <w:rsid w:val="00B47730"/>
    <w:rsid w:val="00CB0664"/>
    <w:rsid w:val="00DA0FA0"/>
    <w:rsid w:val="00FA5D2D"/>
    <w:rsid w:val="00FC474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1E4925"/>
  <w14:defaultImageDpi w14:val="300"/>
  <w15:docId w15:val="{12B88B7F-8894-43AE-834F-F33E3657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 &amp; O &amp; N</cp:lastModifiedBy>
  <cp:revision>5</cp:revision>
  <dcterms:created xsi:type="dcterms:W3CDTF">2013-12-23T23:15:00Z</dcterms:created>
  <dcterms:modified xsi:type="dcterms:W3CDTF">2025-08-08T19:14:00Z</dcterms:modified>
  <cp:category/>
</cp:coreProperties>
</file>